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914" w:rsidRDefault="002B4DDC">
      <w:pPr>
        <w:spacing w:after="480"/>
        <w:jc w:val="right"/>
      </w:pPr>
      <w:proofErr w:type="spellStart"/>
      <w:r>
        <w:rPr>
          <w:b/>
        </w:rPr>
        <w:t>Obec</w:t>
      </w:r>
      <w:proofErr w:type="spellEnd"/>
      <w:r>
        <w:rPr>
          <w:b/>
        </w:rPr>
        <w:t xml:space="preserve"> Helcmanovce</w:t>
      </w:r>
    </w:p>
    <w:p w:rsidR="00EF1914" w:rsidRDefault="002B4DDC">
      <w:pPr>
        <w:spacing w:after="80"/>
        <w:jc w:val="center"/>
      </w:pPr>
      <w:r>
        <w:rPr>
          <w:b/>
          <w:sz w:val="30"/>
        </w:rPr>
        <w:t>ŽIADOSŤ O ZARADENIE DO VÝBEROVÉHO KONANIA</w:t>
      </w:r>
      <w:bookmarkStart w:id="0" w:name="_GoBack"/>
      <w:bookmarkEnd w:id="0"/>
    </w:p>
    <w:p w:rsidR="00EF1914" w:rsidRDefault="002B4DDC">
      <w:pPr>
        <w:spacing w:after="60"/>
        <w:jc w:val="center"/>
      </w:pPr>
      <w:r>
        <w:t>na pracovnú pozíciu člena/členky miestnej občianskej a podpornej služby (MOaPS)</w:t>
      </w:r>
    </w:p>
    <w:p w:rsidR="00EF1914" w:rsidRDefault="002B4DDC">
      <w:pPr>
        <w:spacing w:after="500"/>
        <w:jc w:val="center"/>
      </w:pPr>
      <w:r>
        <w:rPr>
          <w:color w:val="464646"/>
          <w:sz w:val="20"/>
        </w:rPr>
        <w:t>Výzva: PSK-UV-016-2026-DV-ESF+</w:t>
      </w:r>
    </w:p>
    <w:p w:rsidR="00EF1914" w:rsidRDefault="002B4DDC">
      <w:pPr>
        <w:spacing w:after="160"/>
      </w:pPr>
      <w:r>
        <w:rPr>
          <w:b/>
        </w:rPr>
        <w:t>Údaje uchádzača / uchádzačky</w:t>
      </w:r>
    </w:p>
    <w:tbl>
      <w:tblPr>
        <w:tblW w:w="0" w:type="auto"/>
        <w:jc w:val="center"/>
        <w:tblBorders>
          <w:bottom w:val="single" w:sz="4" w:space="0" w:color="B9B9B9"/>
          <w:insideH w:val="single" w:sz="4" w:space="0" w:color="B9B9B9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066"/>
      </w:tblGrid>
      <w:tr w:rsidR="00EF1914">
        <w:trPr>
          <w:trHeight w:val="737"/>
          <w:jc w:val="center"/>
        </w:trPr>
        <w:tc>
          <w:tcPr>
            <w:tcW w:w="3005" w:type="dxa"/>
            <w:vAlign w:val="center"/>
          </w:tcPr>
          <w:p w:rsidR="00EF1914" w:rsidRDefault="002B4DDC">
            <w:pPr>
              <w:spacing w:after="0"/>
            </w:pPr>
            <w:r>
              <w:rPr>
                <w:b/>
                <w:sz w:val="21"/>
              </w:rPr>
              <w:t>Meno a priezvisko</w:t>
            </w:r>
          </w:p>
        </w:tc>
        <w:tc>
          <w:tcPr>
            <w:tcW w:w="6066" w:type="dxa"/>
            <w:vAlign w:val="center"/>
          </w:tcPr>
          <w:p w:rsidR="00EF1914" w:rsidRDefault="00EF1914">
            <w:pPr>
              <w:spacing w:after="0"/>
            </w:pPr>
          </w:p>
        </w:tc>
      </w:tr>
      <w:tr w:rsidR="00EF1914">
        <w:trPr>
          <w:trHeight w:val="737"/>
          <w:jc w:val="center"/>
        </w:trPr>
        <w:tc>
          <w:tcPr>
            <w:tcW w:w="3005" w:type="dxa"/>
            <w:vAlign w:val="center"/>
          </w:tcPr>
          <w:p w:rsidR="00EF1914" w:rsidRDefault="002B4DDC">
            <w:pPr>
              <w:spacing w:after="0"/>
            </w:pPr>
            <w:r>
              <w:rPr>
                <w:b/>
                <w:sz w:val="21"/>
              </w:rPr>
              <w:t>Adresa trvalého pobytu</w:t>
            </w:r>
          </w:p>
        </w:tc>
        <w:tc>
          <w:tcPr>
            <w:tcW w:w="6066" w:type="dxa"/>
            <w:vAlign w:val="center"/>
          </w:tcPr>
          <w:p w:rsidR="00EF1914" w:rsidRDefault="00EF1914">
            <w:pPr>
              <w:spacing w:after="0"/>
            </w:pPr>
          </w:p>
        </w:tc>
      </w:tr>
      <w:tr w:rsidR="00EF1914">
        <w:trPr>
          <w:trHeight w:val="737"/>
          <w:jc w:val="center"/>
        </w:trPr>
        <w:tc>
          <w:tcPr>
            <w:tcW w:w="3005" w:type="dxa"/>
            <w:vAlign w:val="center"/>
          </w:tcPr>
          <w:p w:rsidR="00EF1914" w:rsidRDefault="002B4DDC">
            <w:pPr>
              <w:spacing w:after="0"/>
            </w:pPr>
            <w:r>
              <w:rPr>
                <w:b/>
                <w:sz w:val="21"/>
              </w:rPr>
              <w:t>Kontaktný telefón</w:t>
            </w:r>
          </w:p>
        </w:tc>
        <w:tc>
          <w:tcPr>
            <w:tcW w:w="6066" w:type="dxa"/>
            <w:vAlign w:val="center"/>
          </w:tcPr>
          <w:p w:rsidR="00EF1914" w:rsidRDefault="00EF1914">
            <w:pPr>
              <w:spacing w:after="0"/>
            </w:pPr>
          </w:p>
        </w:tc>
      </w:tr>
      <w:tr w:rsidR="00EF1914">
        <w:trPr>
          <w:trHeight w:val="737"/>
          <w:jc w:val="center"/>
        </w:trPr>
        <w:tc>
          <w:tcPr>
            <w:tcW w:w="3005" w:type="dxa"/>
            <w:vAlign w:val="center"/>
          </w:tcPr>
          <w:p w:rsidR="00EF1914" w:rsidRDefault="002B4DDC">
            <w:pPr>
              <w:spacing w:after="0"/>
            </w:pPr>
            <w:r>
              <w:rPr>
                <w:b/>
                <w:sz w:val="21"/>
              </w:rPr>
              <w:t>E-mail (ak máte)</w:t>
            </w:r>
          </w:p>
        </w:tc>
        <w:tc>
          <w:tcPr>
            <w:tcW w:w="6066" w:type="dxa"/>
            <w:vAlign w:val="center"/>
          </w:tcPr>
          <w:p w:rsidR="00EF1914" w:rsidRDefault="00EF1914">
            <w:pPr>
              <w:spacing w:after="0"/>
            </w:pPr>
          </w:p>
        </w:tc>
      </w:tr>
    </w:tbl>
    <w:p w:rsidR="00EF1914" w:rsidRDefault="002B4DDC">
      <w:pPr>
        <w:spacing w:before="540" w:after="280"/>
      </w:pPr>
      <w:r>
        <w:t xml:space="preserve">Žiadam o zaradenie do výberového </w:t>
      </w:r>
      <w:proofErr w:type="spellStart"/>
      <w:r>
        <w:t>konania</w:t>
      </w:r>
      <w:proofErr w:type="spellEnd"/>
      <w:r>
        <w:t xml:space="preserve"> </w:t>
      </w:r>
      <w:proofErr w:type="spellStart"/>
      <w:r>
        <w:t>vyhláseného</w:t>
      </w:r>
      <w:proofErr w:type="spellEnd"/>
      <w:r>
        <w:t xml:space="preserve"> </w:t>
      </w:r>
      <w:proofErr w:type="spellStart"/>
      <w:r>
        <w:t>obcou</w:t>
      </w:r>
      <w:proofErr w:type="spellEnd"/>
      <w:r>
        <w:t xml:space="preserve"> Helcmanovce</w:t>
      </w:r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vyššie</w:t>
      </w:r>
      <w:proofErr w:type="spellEnd"/>
      <w:r>
        <w:t xml:space="preserve"> </w:t>
      </w:r>
      <w:proofErr w:type="spellStart"/>
      <w:r>
        <w:t>uvedenú</w:t>
      </w:r>
      <w:proofErr w:type="spellEnd"/>
      <w:r>
        <w:t xml:space="preserve"> pracovnú pozíciu.</w:t>
      </w:r>
    </w:p>
    <w:p w:rsidR="00EF1914" w:rsidRDefault="002B4DDC">
      <w:pPr>
        <w:spacing w:after="360"/>
      </w:pPr>
      <w:r>
        <w:t xml:space="preserve">K </w:t>
      </w:r>
      <w:r>
        <w:t>žiadosti prikladám dokumenty požadované v zverejnenom oznámení o výberovom konaní.</w:t>
      </w:r>
    </w:p>
    <w:p w:rsidR="00EF1914" w:rsidRDefault="002B4DDC">
      <w:pPr>
        <w:spacing w:before="260" w:after="700"/>
      </w:pPr>
      <w:r>
        <w:t>V …………………………………………</w:t>
      </w:r>
      <w:r>
        <w:t xml:space="preserve">, </w:t>
      </w:r>
      <w:proofErr w:type="spellStart"/>
      <w:r>
        <w:t>dňa</w:t>
      </w:r>
      <w:proofErr w:type="spellEnd"/>
      <w:r>
        <w:t xml:space="preserve"> …………………………….</w:t>
      </w:r>
    </w:p>
    <w:p w:rsidR="00EF1914" w:rsidRDefault="002B4DDC">
      <w:pPr>
        <w:jc w:val="right"/>
      </w:pPr>
      <w:r>
        <w:t>.............................................................</w:t>
      </w:r>
      <w:r>
        <w:br/>
      </w:r>
      <w:r>
        <w:rPr>
          <w:sz w:val="20"/>
        </w:rPr>
        <w:t>podpis uchádzača / uchádzačky</w:t>
      </w:r>
    </w:p>
    <w:sectPr w:rsidR="00EF1914" w:rsidSect="00034616">
      <w:pgSz w:w="11906" w:h="16838"/>
      <w:pgMar w:top="1361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4DDC"/>
    <w:rsid w:val="00326F90"/>
    <w:rsid w:val="00AA1D8D"/>
    <w:rsid w:val="00B47730"/>
    <w:rsid w:val="00CB0664"/>
    <w:rsid w:val="00EF19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D6C2FA"/>
  <w14:defaultImageDpi w14:val="300"/>
  <w15:docId w15:val="{90DED833-1592-4561-B369-6FAFA837B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C693F"/>
    <w:pPr>
      <w:spacing w:after="140"/>
    </w:pPr>
    <w:rPr>
      <w:rFonts w:ascii="Calibri" w:hAnsi="Calibri"/>
      <w:color w:val="00000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A34E2F-5A7D-4D21-96BE-BF361EF8F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Žiadosť o zaradenie do výberového konania MOaPS 2026 – vzor</vt:lpstr>
      <vt:lpstr/>
    </vt:vector>
  </TitlesOfParts>
  <Manager/>
  <Company/>
  <LinksUpToDate>false</LinksUpToDate>
  <CharactersWithSpaces>603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zaradenie do výberového konania MOaPS 2026 – vzor</dc:title>
  <dc:subject/>
  <dc:creator>MACUCHOVÁ Ivana</dc:creator>
  <cp:keywords/>
  <dc:description>generated by python-docx</dc:description>
  <cp:lastModifiedBy>MACUCHOVÁ Ivana</cp:lastModifiedBy>
  <cp:revision>2</cp:revision>
  <cp:lastPrinted>2026-10-14T15:03:00Z</cp:lastPrinted>
  <dcterms:created xsi:type="dcterms:W3CDTF">2026-10-14T15:06:00Z</dcterms:created>
  <dcterms:modified xsi:type="dcterms:W3CDTF">2026-10-14T15:06:00Z</dcterms:modified>
  <cp:category/>
</cp:coreProperties>
</file>